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מוצרים ומחירים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הקניה: קודם בוחרים ואחר כך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מחירים וחישוב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לחמנייה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ליד התמונה של התפוח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בננה עולה 1 שקל ולחמנייה עולה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השלב הראשון הוא לבחור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ליד התמונה של העוגייה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מיץ עולה 4 שקלים וחלב עולה 5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(4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(1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(6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המוצרים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מוצר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את המוצר בסל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על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או התלמידה בוחרים מוצר אחד מהרשימה, כותבים את שמו ואת מחירו הנכון, ומסבירים בקצרה למה בחרו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מוצר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בננה, שעולה 1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חפצים אמיתיים מהרשימה כדי לתרגל בחירה ותשלום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את שני השלבים בקול: קודם בוחרים, ואחר כך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תרגול בחישוב פשוט, למשל כמה עולים שני מוצרים ביחד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השלבים של קניה בחנות: קודם בוחרים מוצר אחד, ואחר כך משלמים עליו. נכיר מוצרים שונים ואת המחיר שלהם בשקלים.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מוצר הכי יקר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השלב הראשון כשקונים?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עולה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 עולה 2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בננה יקרה יותר מלחמנייה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בקניה הוא לשלם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עוגייה עולה 3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מיץ וחלב עולים אותו 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תפוח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המוצר הכי זול ברשימה הוא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הראשון אנחנו __________ מוצר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לחמנייה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השני אנחנו __________ על המוצר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עוגייה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6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לחמנייה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על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המוצרים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המוצר בסל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איזה מוצר הייתם בוחרים לקנות, כמה הוא עולה, ולמה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עולה עוגייה?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הראשון כשקונים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מוצר ברשימה הכי זול?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קונים צעד אחרי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