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קונים צעד אחרי צעד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מוצרים ומחירים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הקניה: קודם בוחרים ואחר כך משלמים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מחירים וחישוב פשוט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לחמנייה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בוחרים 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5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ליד התמונה של התפוח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בננה עולה 1 שקל ולחמנייה עולה 6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השלב הראשון הוא לבחור 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ליד התמונה של העוגייה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מיץ עולה 4 שקלים וחלב עולה 5 שקלים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בננה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משלמים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מוצר למחיר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(2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(5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(3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(4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(1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(6 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הקניה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על המוצרים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מוצר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שמים את המוצר בסל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משלמים על המוצר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או התלמידה בוחרים מוצר אחד מהרשימה, כותבים את שמו ואת מחירו הנכון, ומסבירים בקצרה למה בחרו 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3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בוחרים מוצר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בננה, שעולה 1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בתמונות או חפצים אמיתיים מהרשימה כדי לתרגל בחירה ותשלום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יחד את שני השלבים בקול: קודם בוחרים, ואחר כך משלמים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להוסיף תרגול בחישוב פשוט, למשל כמה עולים שני מוצרים ביחד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קונים צעד אחרי צעד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קונים דברים בחנות. קודם בוחרים מה רוצים לקנות, ואחר כך משלמים כסף תמורת המוצר.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מוצר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שאפשר לקנות בחנות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כסף צריך לשלם על מוצר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הסימן של שקל, הכסף בישראל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סל קניות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ששמים בו את המוצרים שבחרנו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לבחור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להחליט מה לקחת מהחנות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לשלם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כסף תמורת מוצר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בתהליך, למשל שלב 1 ושלב 2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קניה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כשבוחרים מוצר ומשלמים עליו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שקלים עולה תפוח?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מוצר עולה הכי הרבה כסף?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לחמנייה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קודם כשקונים?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בוחרים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שמים בסל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יוצאים מהחנות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שקלים עולה חלב?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תפוח עולה 2 שקלים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בננה יקרה יותר מלחמנייה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הראשון בקניה הוא לשלם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עוגייה עולה 3 שקלים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מיץ וחלב עולים אותו מחיר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תפוח עולה __________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המוצר הכי זול ברשימה הוא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בשלב הראשון אנחנו __________ מוצר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לחמנייה עולה __________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בשלב השני אנחנו __________ על המוצר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מוצר למחיר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תפוח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4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3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עוגייה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5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2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בננה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6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לחמנייה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1 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הקניה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מוצר אחד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את המוצר בסל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משלמים על המוצר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על המוצרים בחנות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איזה מוצר הייתם בוחרים לקנות, כמה הוא עולה, ולמה בחרתם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עולה עוגייה?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בשלב הראשון כשקונים משהו?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מוצר ברשימה הכי זול?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קונים צעד אחרי צעד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