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קונים צעד אחרי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מוצרים ומחירים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הקניה: קודם בוחרים ואחר כך משלמים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מחירים וחישוב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ליד התמונה של התפוח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השלב הראשון הוא לבחור 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מוצר למחיר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(4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המוצרים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מוצר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על המוצר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מוצר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בננה, שעולה 1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או חפצים אמיתיים מהרשימה כדי לתרגל בחירה ותשלום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את שני השלבים בקול: קודם בוחרים, ואחר כך משלמים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תרגול בחישוב פשוט, למשל כמה עולים שני מוצרים ביחד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קונים צעד אחרי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השלבים של קניה בחנות: קודם בוחרים מוצר אחד, ואחר כך משלמים עליו. נכיר מוצרים שונים ואת המחיר שלהם בשקלים.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בוחרים  ·  2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עולה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השלב הראשון כשקונים?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בוחרים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שמים בסל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תפוח עולה 2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השלב הראשון בקניה הוא לשלם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תפוח עולה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הראשון אנחנו __________ מוצר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מוצר למחיר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4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2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5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הקניה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משלמים על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על המוצרים בחנות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מוצר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עולה עוגייה?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בשלב הראשון כשקונים משהו?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קונים צעד אחרי צעד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